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Obrazac za jednostrani raskid ugovora</w:t>
      </w:r>
    </w:p>
    <w:p>
      <w:r>
        <w:br/>
        <w:t>Kupac može izjaviti jednostrani raskid ugovora putem ovog obrasca i poslati ga na e-mail ili adresu prodavatelja.</w:t>
        <w:br/>
        <w:br/>
        <w:t>Podaci o kupcu:</w:t>
        <w:br/>
        <w:t>Ime i prezime:</w:t>
        <w:br/>
        <w:t>Adresa:</w:t>
        <w:br/>
        <w:t>Telefon:</w:t>
        <w:br/>
        <w:t>E-mail:</w:t>
        <w:br/>
        <w:t>Broj narudžbe:</w:t>
        <w:br/>
        <w:t>Datum narudžbe:</w:t>
        <w:br/>
        <w:br/>
        <w:t>Izjavljujem da jednostrano raskidam ugovor o kupnji sljedeće robe/usluge:</w:t>
        <w:br/>
        <w:t>______________________________________________________________________</w:t>
        <w:br/>
        <w:br/>
        <w:t>Datum preuzimanja robe:</w:t>
        <w:br/>
        <w:t>_________________________________________</w:t>
        <w:br/>
        <w:br/>
        <w:t>Datum:</w:t>
        <w:br/>
        <w:t>_________________________________________</w:t>
        <w:br/>
        <w:br/>
        <w:t>Potpis kupca:</w:t>
        <w:br/>
        <w:t>_________________________________________</w:t>
        <w:br/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