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Reklamacijski obrazac</w:t>
      </w:r>
    </w:p>
    <w:p>
      <w:r>
        <w:br/>
        <w:t>Podaci o kupcu:</w:t>
        <w:br/>
        <w:t>Ime i prezime:</w:t>
        <w:br/>
        <w:t>Adresa:</w:t>
        <w:br/>
        <w:t>Telefon:</w:t>
        <w:br/>
        <w:t>E-mail:</w:t>
        <w:br/>
        <w:t>Broj narudžbe:</w:t>
        <w:br/>
        <w:t>Datum kupnje:</w:t>
        <w:br/>
        <w:br/>
        <w:t>Opis reklamacije:</w:t>
        <w:br/>
        <w:t>______________________________________________________________________</w:t>
        <w:br/>
        <w:br/>
        <w:t>Priložena dokumentacija (račun/fotografije):</w:t>
        <w:br/>
        <w:t>______________________________________________________________________</w:t>
        <w:br/>
        <w:br/>
        <w:t>Datum:</w:t>
        <w:br/>
        <w:t>_________________________________________</w:t>
        <w:br/>
        <w:br/>
        <w:t>Potpis kupca:</w:t>
        <w:br/>
        <w:t>_________________________________________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